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E1CF2" w14:textId="77777777" w:rsidR="00300FAC" w:rsidRPr="00352867" w:rsidRDefault="00300FAC" w:rsidP="00552DFF">
      <w:pPr>
        <w:pStyle w:val="Tytu"/>
        <w:rPr>
          <w:rFonts w:ascii="Lato" w:hAnsi="Lato" w:cs="Lato"/>
          <w:sz w:val="20"/>
          <w:szCs w:val="20"/>
        </w:rPr>
      </w:pPr>
    </w:p>
    <w:p w14:paraId="33918A3D" w14:textId="77777777" w:rsidR="00300FAC" w:rsidRPr="00352867" w:rsidRDefault="00300FAC" w:rsidP="00552DFF">
      <w:pPr>
        <w:pStyle w:val="Tytu"/>
        <w:rPr>
          <w:rFonts w:ascii="Lato" w:hAnsi="Lato" w:cs="Lato"/>
          <w:b w:val="0"/>
          <w:bCs/>
          <w:color w:val="auto"/>
          <w:sz w:val="20"/>
          <w:szCs w:val="20"/>
        </w:rPr>
      </w:pPr>
      <w:r w:rsidRPr="00352867">
        <w:rPr>
          <w:rFonts w:ascii="Lato" w:hAnsi="Lato" w:cs="Lato"/>
          <w:b w:val="0"/>
          <w:bCs/>
          <w:color w:val="auto"/>
          <w:sz w:val="20"/>
          <w:szCs w:val="20"/>
        </w:rPr>
        <w:t xml:space="preserve">…………………………………………….. </w:t>
      </w:r>
    </w:p>
    <w:p w14:paraId="7DF9830A" w14:textId="4EC14AD9" w:rsidR="00300FAC" w:rsidRPr="00411193" w:rsidRDefault="00300FAC" w:rsidP="00552DFF">
      <w:pPr>
        <w:pStyle w:val="Tytu"/>
        <w:rPr>
          <w:rFonts w:ascii="Lato" w:hAnsi="Lato" w:cs="Lato"/>
          <w:b w:val="0"/>
          <w:bCs/>
          <w:color w:val="auto"/>
          <w:sz w:val="18"/>
          <w:szCs w:val="18"/>
        </w:rPr>
      </w:pPr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(</w:t>
      </w:r>
      <w:proofErr w:type="spellStart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pieczęć</w:t>
      </w:r>
      <w:proofErr w:type="spellEnd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 xml:space="preserve"> </w:t>
      </w:r>
      <w:proofErr w:type="spellStart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szkoły</w:t>
      </w:r>
      <w:proofErr w:type="spellEnd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)</w:t>
      </w:r>
    </w:p>
    <w:p w14:paraId="7314D409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7866DCE8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0471E529" w14:textId="01175D67" w:rsidR="00A67B2E" w:rsidRPr="00352867" w:rsidRDefault="00382C8A" w:rsidP="00552DFF">
      <w:pPr>
        <w:pStyle w:val="Tytu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KARTA ZGŁOSZENIA UCZNIA</w:t>
      </w:r>
    </w:p>
    <w:p w14:paraId="20711789" w14:textId="0A91282E" w:rsidR="00A67B2E" w:rsidRPr="00352867" w:rsidRDefault="00382C8A" w:rsidP="00552DFF">
      <w:pPr>
        <w:spacing w:line="240" w:lineRule="auto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b/>
          <w:sz w:val="20"/>
          <w:szCs w:val="20"/>
        </w:rPr>
        <w:t xml:space="preserve">do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Wojewódzkiego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z </w:t>
      </w:r>
      <w:r w:rsidR="0050480A">
        <w:rPr>
          <w:rFonts w:ascii="Lato" w:hAnsi="Lato" w:cs="Lato"/>
          <w:b/>
          <w:sz w:val="20"/>
          <w:szCs w:val="20"/>
        </w:rPr>
        <w:t>MATEMATYKI</w:t>
      </w:r>
      <w:r w:rsidR="00550D19" w:rsidRPr="00352867">
        <w:rPr>
          <w:rFonts w:ascii="Lato" w:hAnsi="Lato" w:cs="Lato"/>
          <w:b/>
          <w:sz w:val="20"/>
          <w:szCs w:val="20"/>
        </w:rPr>
        <w:t xml:space="preserve"> </w:t>
      </w:r>
      <w:r w:rsidRPr="00352867">
        <w:rPr>
          <w:rFonts w:ascii="Lato" w:hAnsi="Lato" w:cs="Lato"/>
          <w:b/>
          <w:sz w:val="20"/>
          <w:szCs w:val="20"/>
        </w:rPr>
        <w:t>(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nazwa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przedmiotu</w:t>
      </w:r>
      <w:proofErr w:type="spellEnd"/>
      <w:r w:rsidRPr="00352867">
        <w:rPr>
          <w:rFonts w:ascii="Lato" w:hAnsi="Lato" w:cs="Lato"/>
          <w:b/>
          <w:sz w:val="20"/>
          <w:szCs w:val="20"/>
        </w:rPr>
        <w:t>)</w:t>
      </w:r>
      <w:r w:rsidR="00A14621" w:rsidRPr="00352867">
        <w:rPr>
          <w:rFonts w:ascii="Lato" w:hAnsi="Lato" w:cs="Lato"/>
          <w:b/>
          <w:sz w:val="20"/>
          <w:szCs w:val="20"/>
        </w:rPr>
        <w:t>*</w:t>
      </w:r>
      <w:r w:rsidRPr="00352867">
        <w:rPr>
          <w:rFonts w:ascii="Lato" w:hAnsi="Lato" w:cs="Lato"/>
          <w:b/>
          <w:sz w:val="20"/>
          <w:szCs w:val="20"/>
        </w:rPr>
        <w:br/>
      </w:r>
      <w:proofErr w:type="spellStart"/>
      <w:r w:rsidRPr="00352867">
        <w:rPr>
          <w:rFonts w:ascii="Lato" w:hAnsi="Lato" w:cs="Lato"/>
          <w:b/>
          <w:sz w:val="20"/>
          <w:szCs w:val="20"/>
        </w:rPr>
        <w:t>dla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uczniów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klas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IV–VIII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szkół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podstawowych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województwa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pomorskiego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roku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szkolnym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2026/2027</w:t>
      </w:r>
    </w:p>
    <w:p w14:paraId="2DA09ABE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I. Dane </w:t>
      </w:r>
      <w:proofErr w:type="spellStart"/>
      <w:r w:rsidRPr="00352867">
        <w:rPr>
          <w:rFonts w:ascii="Lato" w:hAnsi="Lato" w:cs="Lato"/>
          <w:sz w:val="20"/>
          <w:szCs w:val="20"/>
        </w:rPr>
        <w:t>uczestnika</w:t>
      </w:r>
      <w:proofErr w:type="spellEnd"/>
    </w:p>
    <w:p w14:paraId="055D38CE" w14:textId="6506C6C3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Imię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(</w:t>
      </w:r>
      <w:proofErr w:type="spellStart"/>
      <w:r w:rsidRPr="00352867">
        <w:rPr>
          <w:rFonts w:ascii="Lato" w:hAnsi="Lato" w:cs="Lato"/>
          <w:sz w:val="20"/>
          <w:szCs w:val="20"/>
        </w:rPr>
        <w:t>imiona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) </w:t>
      </w:r>
      <w:proofErr w:type="spellStart"/>
      <w:r w:rsidRPr="00352867">
        <w:rPr>
          <w:rFonts w:ascii="Lato" w:hAnsi="Lato" w:cs="Lato"/>
          <w:sz w:val="20"/>
          <w:szCs w:val="20"/>
        </w:rPr>
        <w:t>ucznia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 w:rsidRPr="00550D19">
        <w:rPr>
          <w:rFonts w:ascii="Lato" w:hAnsi="Lato" w:cs="Lato"/>
          <w:b/>
          <w:bCs/>
          <w:sz w:val="20"/>
          <w:szCs w:val="20"/>
        </w:rPr>
        <w:t>............................................................................................................................</w:t>
      </w:r>
    </w:p>
    <w:p w14:paraId="6458D8C7" w14:textId="0AEDE8F9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Nazwisko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ucznia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</w:t>
      </w:r>
      <w:r w:rsidRPr="00550D19">
        <w:rPr>
          <w:rFonts w:ascii="Lato" w:hAnsi="Lato" w:cs="Lato"/>
          <w:b/>
          <w:bCs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3F812EFF" w14:textId="640F3E2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Data </w:t>
      </w:r>
      <w:proofErr w:type="spellStart"/>
      <w:r w:rsidRPr="00352867">
        <w:rPr>
          <w:rFonts w:ascii="Lato" w:hAnsi="Lato" w:cs="Lato"/>
          <w:sz w:val="20"/>
          <w:szCs w:val="20"/>
        </w:rPr>
        <w:t>urodzenia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59F4CB45" w14:textId="37CFF94B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Miejsce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urodzenia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(</w:t>
      </w:r>
      <w:proofErr w:type="spellStart"/>
      <w:r w:rsidRPr="00352867">
        <w:rPr>
          <w:rFonts w:ascii="Lato" w:hAnsi="Lato" w:cs="Lato"/>
          <w:sz w:val="20"/>
          <w:szCs w:val="20"/>
        </w:rPr>
        <w:t>miejscowość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w </w:t>
      </w:r>
      <w:proofErr w:type="spellStart"/>
      <w:r w:rsidRPr="00352867">
        <w:rPr>
          <w:rFonts w:ascii="Lato" w:hAnsi="Lato" w:cs="Lato"/>
          <w:sz w:val="20"/>
          <w:szCs w:val="20"/>
        </w:rPr>
        <w:t>przypadku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urodzenia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poza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Polską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– </w:t>
      </w:r>
      <w:proofErr w:type="spellStart"/>
      <w:r w:rsidRPr="00352867">
        <w:rPr>
          <w:rFonts w:ascii="Lato" w:hAnsi="Lato" w:cs="Lato"/>
          <w:sz w:val="20"/>
          <w:szCs w:val="20"/>
        </w:rPr>
        <w:t>również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kraj</w:t>
      </w:r>
      <w:proofErr w:type="spellEnd"/>
      <w:r w:rsidRPr="00352867">
        <w:rPr>
          <w:rFonts w:ascii="Lato" w:hAnsi="Lato" w:cs="Lato"/>
          <w:sz w:val="20"/>
          <w:szCs w:val="20"/>
        </w:rPr>
        <w:t>)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1F26FFB8" w14:textId="409B82A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Klasa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roku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szkolnym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2026/2027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</w:t>
      </w:r>
      <w:r w:rsidRPr="00550D19">
        <w:rPr>
          <w:rFonts w:ascii="Lato" w:hAnsi="Lato" w:cs="Lato"/>
          <w:b/>
          <w:bCs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362CEDAB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II. Dane </w:t>
      </w:r>
      <w:proofErr w:type="spellStart"/>
      <w:r w:rsidRPr="00352867">
        <w:rPr>
          <w:rFonts w:ascii="Lato" w:hAnsi="Lato" w:cs="Lato"/>
          <w:sz w:val="20"/>
          <w:szCs w:val="20"/>
        </w:rPr>
        <w:t>szkoły</w:t>
      </w:r>
      <w:proofErr w:type="spellEnd"/>
    </w:p>
    <w:p w14:paraId="74A678F5" w14:textId="0CA7434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Pełna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nazwa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szkoły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podstawowej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 w:rsidRPr="00550D19">
        <w:rPr>
          <w:rFonts w:ascii="Lato" w:hAnsi="Lato" w:cs="Lato"/>
          <w:b/>
          <w:bCs/>
          <w:sz w:val="20"/>
          <w:szCs w:val="20"/>
        </w:rPr>
        <w:t xml:space="preserve">SZKOŁA PODSTAWOWA NR 86 IM. PROF. JERZEGO SAMPA </w:t>
      </w:r>
      <w:r w:rsidR="00550D19">
        <w:rPr>
          <w:rFonts w:ascii="Lato" w:hAnsi="Lato" w:cs="Lato"/>
          <w:b/>
          <w:bCs/>
          <w:sz w:val="20"/>
          <w:szCs w:val="20"/>
        </w:rPr>
        <w:br/>
      </w:r>
      <w:r w:rsidR="00550D19" w:rsidRPr="00550D19">
        <w:rPr>
          <w:rFonts w:ascii="Lato" w:hAnsi="Lato" w:cs="Lato"/>
          <w:b/>
          <w:bCs/>
          <w:sz w:val="20"/>
          <w:szCs w:val="20"/>
        </w:rPr>
        <w:t>W GDAŃSKU</w:t>
      </w:r>
    </w:p>
    <w:p w14:paraId="317B45EB" w14:textId="62676F2B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Ulica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numer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WIELKOPOLSKA 20</w:t>
      </w:r>
    </w:p>
    <w:p w14:paraId="61360609" w14:textId="41DBAA7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Miejscowość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709273EA" w14:textId="4A8E7FE8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Gmina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3D75C062" w14:textId="09D006F3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Powiat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69624A7D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Potwierdzam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prawidłowość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powyższych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 xml:space="preserve">data, </w:t>
      </w:r>
      <w:proofErr w:type="spellStart"/>
      <w:r w:rsidRPr="00411193">
        <w:rPr>
          <w:rFonts w:ascii="Lato" w:hAnsi="Lato" w:cs="Lato"/>
          <w:sz w:val="18"/>
          <w:szCs w:val="18"/>
        </w:rPr>
        <w:t>podpis</w:t>
      </w:r>
      <w:proofErr w:type="spellEnd"/>
      <w:r w:rsidRPr="00411193">
        <w:rPr>
          <w:rFonts w:ascii="Lato" w:hAnsi="Lato" w:cs="Lato"/>
          <w:sz w:val="18"/>
          <w:szCs w:val="18"/>
        </w:rPr>
        <w:t xml:space="preserve"> </w:t>
      </w:r>
      <w:proofErr w:type="spellStart"/>
      <w:r w:rsidRPr="00411193">
        <w:rPr>
          <w:rFonts w:ascii="Lato" w:hAnsi="Lato" w:cs="Lato"/>
          <w:sz w:val="18"/>
          <w:szCs w:val="18"/>
        </w:rPr>
        <w:t>i</w:t>
      </w:r>
      <w:proofErr w:type="spellEnd"/>
      <w:r w:rsidRPr="00411193">
        <w:rPr>
          <w:rFonts w:ascii="Lato" w:hAnsi="Lato" w:cs="Lato"/>
          <w:sz w:val="18"/>
          <w:szCs w:val="18"/>
        </w:rPr>
        <w:t xml:space="preserve"> </w:t>
      </w:r>
      <w:proofErr w:type="spellStart"/>
      <w:r w:rsidRPr="00411193">
        <w:rPr>
          <w:rFonts w:ascii="Lato" w:hAnsi="Lato" w:cs="Lato"/>
          <w:sz w:val="18"/>
          <w:szCs w:val="18"/>
        </w:rPr>
        <w:t>pieczęć</w:t>
      </w:r>
      <w:proofErr w:type="spellEnd"/>
      <w:r w:rsidRPr="00411193">
        <w:rPr>
          <w:rFonts w:ascii="Lato" w:hAnsi="Lato" w:cs="Lato"/>
          <w:sz w:val="18"/>
          <w:szCs w:val="18"/>
        </w:rPr>
        <w:t xml:space="preserve"> </w:t>
      </w:r>
      <w:proofErr w:type="spellStart"/>
      <w:r w:rsidRPr="00411193">
        <w:rPr>
          <w:rFonts w:ascii="Lato" w:hAnsi="Lato" w:cs="Lato"/>
          <w:sz w:val="18"/>
          <w:szCs w:val="18"/>
        </w:rPr>
        <w:t>dyrektora</w:t>
      </w:r>
      <w:proofErr w:type="spellEnd"/>
      <w:r w:rsidRPr="00411193">
        <w:rPr>
          <w:rFonts w:ascii="Lato" w:hAnsi="Lato" w:cs="Lato"/>
          <w:sz w:val="18"/>
          <w:szCs w:val="18"/>
        </w:rPr>
        <w:t xml:space="preserve"> </w:t>
      </w:r>
      <w:proofErr w:type="spellStart"/>
      <w:r w:rsidRPr="00411193">
        <w:rPr>
          <w:rFonts w:ascii="Lato" w:hAnsi="Lato" w:cs="Lato"/>
          <w:sz w:val="18"/>
          <w:szCs w:val="18"/>
        </w:rPr>
        <w:t>szkoły</w:t>
      </w:r>
      <w:proofErr w:type="spellEnd"/>
    </w:p>
    <w:p w14:paraId="7AD083E9" w14:textId="091DC8B9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III. </w:t>
      </w:r>
      <w:proofErr w:type="spellStart"/>
      <w:r w:rsidRPr="00352867">
        <w:rPr>
          <w:rFonts w:ascii="Lato" w:hAnsi="Lato" w:cs="Lato"/>
          <w:sz w:val="20"/>
          <w:szCs w:val="20"/>
        </w:rPr>
        <w:t>Dostosowanie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warunków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**</w:t>
      </w:r>
    </w:p>
    <w:p w14:paraId="2C616E11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Składam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wniosek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 </w:t>
      </w:r>
      <w:proofErr w:type="spellStart"/>
      <w:r w:rsidRPr="00352867">
        <w:rPr>
          <w:rFonts w:ascii="Lato" w:hAnsi="Lato" w:cs="Lato"/>
          <w:sz w:val="20"/>
          <w:szCs w:val="20"/>
        </w:rPr>
        <w:t>dostosowanie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warunków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przeprowadzenia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potrzeb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uczestnika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</w:t>
      </w:r>
      <w:proofErr w:type="spellStart"/>
      <w:r w:rsidRPr="00352867">
        <w:rPr>
          <w:rFonts w:ascii="Lato" w:hAnsi="Lato" w:cs="Lato"/>
          <w:sz w:val="20"/>
          <w:szCs w:val="20"/>
        </w:rPr>
        <w:t>składam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wniosku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 </w:t>
      </w:r>
      <w:proofErr w:type="spellStart"/>
      <w:r w:rsidRPr="00352867">
        <w:rPr>
          <w:rFonts w:ascii="Lato" w:hAnsi="Lato" w:cs="Lato"/>
          <w:sz w:val="20"/>
          <w:szCs w:val="20"/>
        </w:rPr>
        <w:t>dostosowanie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warunków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przeprowadzenia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</w:p>
    <w:p w14:paraId="30C855B9" w14:textId="6ED7059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Dokumentację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potwierdzającą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potrzebę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dostosowania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przedstawia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szkole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zgodnie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</w:t>
      </w:r>
      <w:proofErr w:type="spellStart"/>
      <w:r w:rsidRPr="00352867">
        <w:rPr>
          <w:rFonts w:ascii="Lato" w:hAnsi="Lato" w:cs="Lato"/>
          <w:sz w:val="20"/>
          <w:szCs w:val="20"/>
        </w:rPr>
        <w:t>Regulaminem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Do RKK/WKK </w:t>
      </w:r>
      <w:proofErr w:type="spellStart"/>
      <w:r w:rsidRPr="00352867">
        <w:rPr>
          <w:rFonts w:ascii="Lato" w:hAnsi="Lato" w:cs="Lato"/>
          <w:sz w:val="20"/>
          <w:szCs w:val="20"/>
        </w:rPr>
        <w:t>przekazuje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w </w:t>
      </w:r>
      <w:proofErr w:type="spellStart"/>
      <w:r w:rsidRPr="00352867">
        <w:rPr>
          <w:rFonts w:ascii="Lato" w:hAnsi="Lato" w:cs="Lato"/>
          <w:sz w:val="20"/>
          <w:szCs w:val="20"/>
        </w:rPr>
        <w:t>miarę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możliwości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wyłącznie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 </w:t>
      </w:r>
      <w:proofErr w:type="spellStart"/>
      <w:r w:rsidRPr="00352867">
        <w:rPr>
          <w:rFonts w:ascii="Lato" w:hAnsi="Lato" w:cs="Lato"/>
          <w:sz w:val="20"/>
          <w:szCs w:val="20"/>
        </w:rPr>
        <w:t>wymaganym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sposobie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dostosowania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potwierdzenie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istnienia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podstaw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jego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zastosowania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bez </w:t>
      </w:r>
      <w:proofErr w:type="spellStart"/>
      <w:r w:rsidRPr="00352867">
        <w:rPr>
          <w:rFonts w:ascii="Lato" w:hAnsi="Lato" w:cs="Lato"/>
          <w:sz w:val="20"/>
          <w:szCs w:val="20"/>
        </w:rPr>
        <w:t>przekazywania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dokumentacji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medycznej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jeżeli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to </w:t>
      </w:r>
      <w:proofErr w:type="spellStart"/>
      <w:r w:rsidRPr="00352867">
        <w:rPr>
          <w:rFonts w:ascii="Lato" w:hAnsi="Lato" w:cs="Lato"/>
          <w:sz w:val="20"/>
          <w:szCs w:val="20"/>
        </w:rPr>
        <w:t>niezbędne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</w:p>
    <w:p w14:paraId="108D61FE" w14:textId="54BD5CB2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IV. </w:t>
      </w:r>
      <w:proofErr w:type="spellStart"/>
      <w:r w:rsidRPr="00352867">
        <w:rPr>
          <w:rFonts w:ascii="Lato" w:hAnsi="Lato" w:cs="Lato"/>
          <w:sz w:val="20"/>
          <w:szCs w:val="20"/>
        </w:rPr>
        <w:t>Wizerunek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– </w:t>
      </w:r>
      <w:proofErr w:type="spellStart"/>
      <w:r w:rsidRPr="00352867">
        <w:rPr>
          <w:rFonts w:ascii="Lato" w:hAnsi="Lato" w:cs="Lato"/>
          <w:sz w:val="20"/>
          <w:szCs w:val="20"/>
        </w:rPr>
        <w:t>Wojewódzka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Gala </w:t>
      </w:r>
      <w:proofErr w:type="spellStart"/>
      <w:r w:rsidRPr="00352867">
        <w:rPr>
          <w:rFonts w:ascii="Lato" w:hAnsi="Lato" w:cs="Lato"/>
          <w:sz w:val="20"/>
          <w:szCs w:val="20"/>
        </w:rPr>
        <w:t>Wręczenia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Zaświadczeń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Laureatom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**</w:t>
      </w:r>
    </w:p>
    <w:p w14:paraId="1AF50134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Zezwalam</w:t>
      </w:r>
      <w:proofErr w:type="spellEnd"/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</w:t>
      </w:r>
      <w:proofErr w:type="spellStart"/>
      <w:r w:rsidRPr="00352867">
        <w:rPr>
          <w:rFonts w:ascii="Lato" w:hAnsi="Lato" w:cs="Lato"/>
          <w:sz w:val="20"/>
          <w:szCs w:val="20"/>
        </w:rPr>
        <w:t>zezwalam</w:t>
      </w:r>
      <w:proofErr w:type="spellEnd"/>
    </w:p>
    <w:p w14:paraId="46A65EF8" w14:textId="1D65867B" w:rsidR="00A67B2E" w:rsidRPr="00352867" w:rsidRDefault="00382C8A" w:rsidP="00411193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rozpowszechnianie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wizerunku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mojego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dziecka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utrwalonego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podczas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Wojewódzkiej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Gali </w:t>
      </w:r>
      <w:proofErr w:type="spellStart"/>
      <w:r w:rsidRPr="00352867">
        <w:rPr>
          <w:rFonts w:ascii="Lato" w:hAnsi="Lato" w:cs="Lato"/>
          <w:sz w:val="20"/>
          <w:szCs w:val="20"/>
        </w:rPr>
        <w:t>Wręczenia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Zaświadczeń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Laureatom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poprzez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publikację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stronie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internetowej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Kuratorium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Gdańsku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352867">
        <w:rPr>
          <w:rFonts w:ascii="Lato" w:hAnsi="Lato" w:cs="Lato"/>
          <w:sz w:val="20"/>
          <w:szCs w:val="20"/>
        </w:rPr>
        <w:br/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oficjalnych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profilach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Kuratorium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serwisach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społecznościowych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w </w:t>
      </w:r>
      <w:proofErr w:type="spellStart"/>
      <w:r w:rsidRPr="00352867">
        <w:rPr>
          <w:rFonts w:ascii="Lato" w:hAnsi="Lato" w:cs="Lato"/>
          <w:sz w:val="20"/>
          <w:szCs w:val="20"/>
        </w:rPr>
        <w:t>celu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 </w:t>
      </w:r>
      <w:proofErr w:type="spellStart"/>
      <w:r w:rsidRPr="00352867">
        <w:rPr>
          <w:rFonts w:ascii="Lato" w:hAnsi="Lato" w:cs="Lato"/>
          <w:sz w:val="20"/>
          <w:szCs w:val="20"/>
        </w:rPr>
        <w:t>wydarzeniu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352867">
        <w:rPr>
          <w:rFonts w:ascii="Lato" w:hAnsi="Lato" w:cs="Lato"/>
          <w:sz w:val="20"/>
          <w:szCs w:val="20"/>
        </w:rPr>
        <w:br/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działalności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Kuratorium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="00411193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Zezwolenie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352867">
        <w:rPr>
          <w:rFonts w:ascii="Lato" w:hAnsi="Lato" w:cs="Lato"/>
          <w:sz w:val="20"/>
          <w:szCs w:val="20"/>
        </w:rPr>
        <w:t>dobrowolne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Brak </w:t>
      </w:r>
      <w:proofErr w:type="spellStart"/>
      <w:r w:rsidRPr="00352867">
        <w:rPr>
          <w:rFonts w:ascii="Lato" w:hAnsi="Lato" w:cs="Lato"/>
          <w:sz w:val="20"/>
          <w:szCs w:val="20"/>
        </w:rPr>
        <w:t>zezwolenia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wpływa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udział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Konkursie, </w:t>
      </w:r>
      <w:proofErr w:type="spellStart"/>
      <w:r w:rsidRPr="00352867">
        <w:rPr>
          <w:rFonts w:ascii="Lato" w:hAnsi="Lato" w:cs="Lato"/>
          <w:sz w:val="20"/>
          <w:szCs w:val="20"/>
        </w:rPr>
        <w:t>uzyskanie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tytułu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ani </w:t>
      </w:r>
      <w:proofErr w:type="spellStart"/>
      <w:r w:rsidRPr="00352867">
        <w:rPr>
          <w:rFonts w:ascii="Lato" w:hAnsi="Lato" w:cs="Lato"/>
          <w:sz w:val="20"/>
          <w:szCs w:val="20"/>
        </w:rPr>
        <w:t>udział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Gali. </w:t>
      </w:r>
      <w:proofErr w:type="spellStart"/>
      <w:r w:rsidRPr="00352867">
        <w:rPr>
          <w:rFonts w:ascii="Lato" w:hAnsi="Lato" w:cs="Lato"/>
          <w:sz w:val="20"/>
          <w:szCs w:val="20"/>
        </w:rPr>
        <w:t>Podstawą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rozpowszechniania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wizerunku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art. 81 </w:t>
      </w:r>
      <w:proofErr w:type="spellStart"/>
      <w:r w:rsidRPr="00352867">
        <w:rPr>
          <w:rFonts w:ascii="Lato" w:hAnsi="Lato" w:cs="Lato"/>
          <w:sz w:val="20"/>
          <w:szCs w:val="20"/>
        </w:rPr>
        <w:t>ust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1 </w:t>
      </w:r>
      <w:proofErr w:type="spellStart"/>
      <w:r w:rsidRPr="00352867">
        <w:rPr>
          <w:rFonts w:ascii="Lato" w:hAnsi="Lato" w:cs="Lato"/>
          <w:sz w:val="20"/>
          <w:szCs w:val="20"/>
        </w:rPr>
        <w:t>ustawy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 </w:t>
      </w:r>
      <w:proofErr w:type="spellStart"/>
      <w:r w:rsidRPr="00352867">
        <w:rPr>
          <w:rFonts w:ascii="Lato" w:hAnsi="Lato" w:cs="Lato"/>
          <w:sz w:val="20"/>
          <w:szCs w:val="20"/>
        </w:rPr>
        <w:t>prawie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lastRenderedPageBreak/>
        <w:t>autorskim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prawach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pokrewnych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</w:t>
      </w:r>
      <w:proofErr w:type="spellStart"/>
      <w:r w:rsidRPr="00352867">
        <w:rPr>
          <w:rFonts w:ascii="Lato" w:hAnsi="Lato" w:cs="Lato"/>
          <w:sz w:val="20"/>
          <w:szCs w:val="20"/>
        </w:rPr>
        <w:t>zasady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przetwarzania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związanych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z </w:t>
      </w:r>
      <w:proofErr w:type="spellStart"/>
      <w:r w:rsidRPr="00352867">
        <w:rPr>
          <w:rFonts w:ascii="Lato" w:hAnsi="Lato" w:cs="Lato"/>
          <w:sz w:val="20"/>
          <w:szCs w:val="20"/>
        </w:rPr>
        <w:t>publikacją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wizerunku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określa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odrębna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Administratora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</w:p>
    <w:p w14:paraId="771585ED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5B7E9558" w14:textId="3B00B402" w:rsidR="00936BB1" w:rsidRPr="00352867" w:rsidRDefault="00936BB1" w:rsidP="00552DFF">
      <w:pPr>
        <w:spacing w:after="80" w:line="240" w:lineRule="auto"/>
        <w:rPr>
          <w:rFonts w:ascii="Lato" w:hAnsi="Lato" w:cs="Lato"/>
          <w:color w:val="4F81BD" w:themeColor="accent1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color w:val="4F81BD" w:themeColor="accent1"/>
          <w:sz w:val="20"/>
          <w:szCs w:val="20"/>
          <w:lang w:val="pl-PL"/>
        </w:rPr>
        <w:t>V. Imię i nazwisko ucznia – Wojewódzka Gala Wręczenia Zaświadczeń Laureatom</w:t>
      </w:r>
    </w:p>
    <w:p w14:paraId="22343B8E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Wyrażam zgodę</w:t>
      </w:r>
      <w:r w:rsidRPr="00352867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Nie wyrażam zgody</w:t>
      </w:r>
    </w:p>
    <w:p w14:paraId="48DD8C01" w14:textId="19A0F044" w:rsidR="00936BB1" w:rsidRPr="00352867" w:rsidRDefault="00936BB1" w:rsidP="00411193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na wyświetlenie podczas Wojewódzkiej Gali Wręczenia Zaświadczeń Laureatom Wojewódzkich Konkursów Przedmiotowych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imienia i nazwiska mojego dziecka oraz nazwy szkoły, do której uczęszcza</w:t>
      </w:r>
      <w:r w:rsidRPr="00352867">
        <w:rPr>
          <w:rFonts w:ascii="Lato" w:hAnsi="Lato" w:cs="Lato"/>
          <w:sz w:val="20"/>
          <w:szCs w:val="20"/>
          <w:lang w:val="pl-PL"/>
        </w:rPr>
        <w:t xml:space="preserve">, w prezentacji multimedialnej przygotowanej na potrzeby uroczystości. Zgoda jest dobrowolna. Brak zgody nie ma wpływu </w:t>
      </w:r>
      <w:r w:rsidR="00411193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Lato" w:hAnsi="Lato" w:cs="Lato"/>
          <w:sz w:val="20"/>
          <w:szCs w:val="20"/>
          <w:lang w:val="pl-PL"/>
        </w:rPr>
        <w:t>na uzyskanie tytułu laureata, otrzymanie zaświadczenia ani możliwość udziału ucznia w Gali.</w:t>
      </w:r>
    </w:p>
    <w:p w14:paraId="7650DEE6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Zgoda może zostać wycofana w każdym czasie przed wykorzystaniem danych w prezentacji. Wycofanie zgody nie wpływa na zgodność z prawem przetwarzania dokonanego przed jej wycofaniem.</w:t>
      </w:r>
    </w:p>
    <w:p w14:paraId="178403E9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sz w:val="20"/>
          <w:szCs w:val="20"/>
          <w:lang w:val="pl-PL"/>
        </w:rPr>
        <w:t>Podstawą przetwarzania danych w tym zakresie jest art. 6 ust. 1 lit. a RODO.</w:t>
      </w:r>
    </w:p>
    <w:p w14:paraId="77962090" w14:textId="2506974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Oświadczenie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rodzica</w:t>
      </w:r>
      <w:proofErr w:type="spellEnd"/>
      <w:r w:rsidRPr="00352867">
        <w:rPr>
          <w:rFonts w:ascii="Lato" w:hAnsi="Lato" w:cs="Lato"/>
          <w:sz w:val="20"/>
          <w:szCs w:val="20"/>
        </w:rPr>
        <w:t>/</w:t>
      </w:r>
      <w:proofErr w:type="spellStart"/>
      <w:r w:rsidRPr="00352867">
        <w:rPr>
          <w:rFonts w:ascii="Lato" w:hAnsi="Lato" w:cs="Lato"/>
          <w:sz w:val="20"/>
          <w:szCs w:val="20"/>
        </w:rPr>
        <w:t>opiekuna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prawnego</w:t>
      </w:r>
      <w:proofErr w:type="spellEnd"/>
    </w:p>
    <w:p w14:paraId="556C37A9" w14:textId="7F99F8A5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Oświadczam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że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Karcie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zgodne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ze </w:t>
      </w:r>
      <w:proofErr w:type="spellStart"/>
      <w:r w:rsidRPr="00352867">
        <w:rPr>
          <w:rFonts w:ascii="Lato" w:hAnsi="Lato" w:cs="Lato"/>
          <w:sz w:val="20"/>
          <w:szCs w:val="20"/>
        </w:rPr>
        <w:t>stanem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faktycznym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zapoznałam</w:t>
      </w:r>
      <w:proofErr w:type="spellEnd"/>
      <w:r w:rsidRPr="00352867">
        <w:rPr>
          <w:rFonts w:ascii="Lato" w:hAnsi="Lato" w:cs="Lato"/>
          <w:sz w:val="20"/>
          <w:szCs w:val="20"/>
        </w:rPr>
        <w:t>/</w:t>
      </w:r>
      <w:proofErr w:type="spellStart"/>
      <w:r w:rsidRPr="00352867">
        <w:rPr>
          <w:rFonts w:ascii="Lato" w:hAnsi="Lato" w:cs="Lato"/>
          <w:sz w:val="20"/>
          <w:szCs w:val="20"/>
        </w:rPr>
        <w:t>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</w:t>
      </w:r>
      <w:proofErr w:type="spellStart"/>
      <w:r w:rsidRPr="00352867">
        <w:rPr>
          <w:rFonts w:ascii="Lato" w:hAnsi="Lato" w:cs="Lato"/>
          <w:sz w:val="20"/>
          <w:szCs w:val="20"/>
        </w:rPr>
        <w:t>Regulaminem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otrzymałam</w:t>
      </w:r>
      <w:proofErr w:type="spellEnd"/>
      <w:r w:rsidRPr="00352867">
        <w:rPr>
          <w:rFonts w:ascii="Lato" w:hAnsi="Lato" w:cs="Lato"/>
          <w:sz w:val="20"/>
          <w:szCs w:val="20"/>
        </w:rPr>
        <w:t>/</w:t>
      </w:r>
      <w:proofErr w:type="spellStart"/>
      <w:r w:rsidRPr="00352867">
        <w:rPr>
          <w:rFonts w:ascii="Lato" w:hAnsi="Lato" w:cs="Lato"/>
          <w:sz w:val="20"/>
          <w:szCs w:val="20"/>
        </w:rPr>
        <w:t>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lub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udostępniono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mi </w:t>
      </w:r>
      <w:proofErr w:type="spellStart"/>
      <w:r w:rsidRPr="00352867">
        <w:rPr>
          <w:rFonts w:ascii="Lato" w:hAnsi="Lato" w:cs="Lato"/>
          <w:sz w:val="20"/>
          <w:szCs w:val="20"/>
        </w:rPr>
        <w:t>informacje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dotyczące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przetwarzania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osobowych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właściwego administratora.</w:t>
      </w:r>
    </w:p>
    <w:p w14:paraId="33A03845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proofErr w:type="spellStart"/>
      <w:r w:rsidRPr="00411193">
        <w:rPr>
          <w:rFonts w:ascii="Lato" w:hAnsi="Lato" w:cs="Lato"/>
          <w:sz w:val="18"/>
          <w:szCs w:val="18"/>
        </w:rPr>
        <w:t>miejscowość</w:t>
      </w:r>
      <w:proofErr w:type="spellEnd"/>
      <w:r w:rsidRPr="00411193">
        <w:rPr>
          <w:rFonts w:ascii="Lato" w:hAnsi="Lato" w:cs="Lato"/>
          <w:sz w:val="18"/>
          <w:szCs w:val="18"/>
        </w:rPr>
        <w:t xml:space="preserve">, data </w:t>
      </w:r>
      <w:proofErr w:type="spellStart"/>
      <w:r w:rsidRPr="00411193">
        <w:rPr>
          <w:rFonts w:ascii="Lato" w:hAnsi="Lato" w:cs="Lato"/>
          <w:sz w:val="18"/>
          <w:szCs w:val="18"/>
        </w:rPr>
        <w:t>i</w:t>
      </w:r>
      <w:proofErr w:type="spellEnd"/>
      <w:r w:rsidRPr="00411193">
        <w:rPr>
          <w:rFonts w:ascii="Lato" w:hAnsi="Lato" w:cs="Lato"/>
          <w:sz w:val="18"/>
          <w:szCs w:val="18"/>
        </w:rPr>
        <w:t xml:space="preserve"> </w:t>
      </w:r>
      <w:proofErr w:type="spellStart"/>
      <w:r w:rsidRPr="00411193">
        <w:rPr>
          <w:rFonts w:ascii="Lato" w:hAnsi="Lato" w:cs="Lato"/>
          <w:sz w:val="18"/>
          <w:szCs w:val="18"/>
        </w:rPr>
        <w:t>podpis</w:t>
      </w:r>
      <w:proofErr w:type="spellEnd"/>
      <w:r w:rsidRPr="00411193">
        <w:rPr>
          <w:rFonts w:ascii="Lato" w:hAnsi="Lato" w:cs="Lato"/>
          <w:sz w:val="18"/>
          <w:szCs w:val="18"/>
        </w:rPr>
        <w:t xml:space="preserve"> </w:t>
      </w:r>
      <w:proofErr w:type="spellStart"/>
      <w:r w:rsidRPr="00411193">
        <w:rPr>
          <w:rFonts w:ascii="Lato" w:hAnsi="Lato" w:cs="Lato"/>
          <w:sz w:val="18"/>
          <w:szCs w:val="18"/>
        </w:rPr>
        <w:t>rodzica</w:t>
      </w:r>
      <w:proofErr w:type="spellEnd"/>
      <w:r w:rsidRPr="00411193">
        <w:rPr>
          <w:rFonts w:ascii="Lato" w:hAnsi="Lato" w:cs="Lato"/>
          <w:sz w:val="18"/>
          <w:szCs w:val="18"/>
        </w:rPr>
        <w:t>/</w:t>
      </w:r>
      <w:proofErr w:type="spellStart"/>
      <w:r w:rsidRPr="00411193">
        <w:rPr>
          <w:rFonts w:ascii="Lato" w:hAnsi="Lato" w:cs="Lato"/>
          <w:sz w:val="18"/>
          <w:szCs w:val="18"/>
        </w:rPr>
        <w:t>opiekuna</w:t>
      </w:r>
      <w:proofErr w:type="spellEnd"/>
      <w:r w:rsidRPr="00411193">
        <w:rPr>
          <w:rFonts w:ascii="Lato" w:hAnsi="Lato" w:cs="Lato"/>
          <w:sz w:val="18"/>
          <w:szCs w:val="18"/>
        </w:rPr>
        <w:t xml:space="preserve"> </w:t>
      </w:r>
      <w:proofErr w:type="spellStart"/>
      <w:r w:rsidRPr="00411193">
        <w:rPr>
          <w:rFonts w:ascii="Lato" w:hAnsi="Lato" w:cs="Lato"/>
          <w:sz w:val="18"/>
          <w:szCs w:val="18"/>
        </w:rPr>
        <w:t>prawnego</w:t>
      </w:r>
      <w:proofErr w:type="spellEnd"/>
    </w:p>
    <w:p w14:paraId="249B7BCC" w14:textId="08E7585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Informacja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dotycząca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przetwarzania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stopniu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I – </w:t>
      </w:r>
      <w:proofErr w:type="spellStart"/>
      <w:r w:rsidRPr="00352867">
        <w:rPr>
          <w:rFonts w:ascii="Lato" w:hAnsi="Lato" w:cs="Lato"/>
          <w:sz w:val="20"/>
          <w:szCs w:val="20"/>
        </w:rPr>
        <w:t>szkolnym</w:t>
      </w:r>
      <w:proofErr w:type="spellEnd"/>
    </w:p>
    <w:p w14:paraId="7BE8F495" w14:textId="5B15498F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Administratorem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osobowych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352867">
        <w:rPr>
          <w:rFonts w:ascii="Lato" w:hAnsi="Lato" w:cs="Lato"/>
          <w:sz w:val="20"/>
          <w:szCs w:val="20"/>
        </w:rPr>
        <w:t>szkoła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: </w:t>
      </w:r>
      <w:proofErr w:type="spellStart"/>
      <w:r w:rsidR="00550D19">
        <w:rPr>
          <w:rFonts w:ascii="Lato" w:hAnsi="Lato" w:cs="Lato"/>
          <w:sz w:val="20"/>
          <w:szCs w:val="20"/>
        </w:rPr>
        <w:t>Szkoła</w:t>
      </w:r>
      <w:proofErr w:type="spellEnd"/>
      <w:r w:rsidR="00550D19">
        <w:rPr>
          <w:rFonts w:ascii="Lato" w:hAnsi="Lato" w:cs="Lato"/>
          <w:sz w:val="20"/>
          <w:szCs w:val="20"/>
        </w:rPr>
        <w:t xml:space="preserve"> </w:t>
      </w:r>
      <w:proofErr w:type="spellStart"/>
      <w:r w:rsidR="00550D19">
        <w:rPr>
          <w:rFonts w:ascii="Lato" w:hAnsi="Lato" w:cs="Lato"/>
          <w:sz w:val="20"/>
          <w:szCs w:val="20"/>
        </w:rPr>
        <w:t>Podstawowa</w:t>
      </w:r>
      <w:proofErr w:type="spellEnd"/>
      <w:r w:rsidR="00550D19">
        <w:rPr>
          <w:rFonts w:ascii="Lato" w:hAnsi="Lato" w:cs="Lato"/>
          <w:sz w:val="20"/>
          <w:szCs w:val="20"/>
        </w:rPr>
        <w:t xml:space="preserve"> nr 86 </w:t>
      </w:r>
      <w:proofErr w:type="spellStart"/>
      <w:r w:rsidR="00550D19">
        <w:rPr>
          <w:rFonts w:ascii="Lato" w:hAnsi="Lato" w:cs="Lato"/>
          <w:sz w:val="20"/>
          <w:szCs w:val="20"/>
        </w:rPr>
        <w:t>im</w:t>
      </w:r>
      <w:proofErr w:type="spellEnd"/>
      <w:r w:rsidR="00550D19">
        <w:rPr>
          <w:rFonts w:ascii="Lato" w:hAnsi="Lato" w:cs="Lato"/>
          <w:sz w:val="20"/>
          <w:szCs w:val="20"/>
        </w:rPr>
        <w:t xml:space="preserve">. prof. </w:t>
      </w:r>
      <w:proofErr w:type="spellStart"/>
      <w:r w:rsidR="00550D19">
        <w:rPr>
          <w:rFonts w:ascii="Lato" w:hAnsi="Lato" w:cs="Lato"/>
          <w:sz w:val="20"/>
          <w:szCs w:val="20"/>
        </w:rPr>
        <w:t>Jerzego</w:t>
      </w:r>
      <w:proofErr w:type="spellEnd"/>
      <w:r w:rsidR="00550D19">
        <w:rPr>
          <w:rFonts w:ascii="Lato" w:hAnsi="Lato" w:cs="Lato"/>
          <w:sz w:val="20"/>
          <w:szCs w:val="20"/>
        </w:rPr>
        <w:t xml:space="preserve"> Sampa w </w:t>
      </w:r>
      <w:proofErr w:type="spellStart"/>
      <w:r w:rsidR="00550D19">
        <w:rPr>
          <w:rFonts w:ascii="Lato" w:hAnsi="Lato" w:cs="Lato"/>
          <w:sz w:val="20"/>
          <w:szCs w:val="20"/>
        </w:rPr>
        <w:t>Gdańsku</w:t>
      </w:r>
      <w:proofErr w:type="spellEnd"/>
    </w:p>
    <w:p w14:paraId="32FBF02A" w14:textId="0E0A966F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Dane </w:t>
      </w:r>
      <w:proofErr w:type="spellStart"/>
      <w:r w:rsidRPr="00352867">
        <w:rPr>
          <w:rFonts w:ascii="Lato" w:hAnsi="Lato" w:cs="Lato"/>
          <w:sz w:val="20"/>
          <w:szCs w:val="20"/>
        </w:rPr>
        <w:t>kontaktowe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szkoły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: </w:t>
      </w:r>
      <w:r w:rsidR="00550D19">
        <w:rPr>
          <w:rFonts w:ascii="Lato" w:hAnsi="Lato" w:cs="Lato"/>
          <w:sz w:val="20"/>
          <w:szCs w:val="20"/>
        </w:rPr>
        <w:t>58 3099308, sekretariat@sp86.edu.gdansk.pl</w:t>
      </w:r>
    </w:p>
    <w:p w14:paraId="063954CD" w14:textId="2069A54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Kontakt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IOD </w:t>
      </w:r>
      <w:proofErr w:type="spellStart"/>
      <w:r w:rsidRPr="00352867">
        <w:rPr>
          <w:rFonts w:ascii="Lato" w:hAnsi="Lato" w:cs="Lato"/>
          <w:sz w:val="20"/>
          <w:szCs w:val="20"/>
        </w:rPr>
        <w:t>szkoły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: </w:t>
      </w:r>
      <w:r w:rsidR="00550D19">
        <w:rPr>
          <w:rFonts w:ascii="Lato" w:hAnsi="Lato" w:cs="Lato"/>
          <w:sz w:val="20"/>
          <w:szCs w:val="20"/>
        </w:rPr>
        <w:t>iod.olszewski@gmail.com</w:t>
      </w:r>
    </w:p>
    <w:p w14:paraId="02312C48" w14:textId="2E115FB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Dane </w:t>
      </w:r>
      <w:proofErr w:type="spellStart"/>
      <w:r w:rsidRPr="00352867">
        <w:rPr>
          <w:rFonts w:ascii="Lato" w:hAnsi="Lato" w:cs="Lato"/>
          <w:sz w:val="20"/>
          <w:szCs w:val="20"/>
        </w:rPr>
        <w:t>są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przetwarzane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celu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organizacji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i </w:t>
      </w:r>
      <w:proofErr w:type="spellStart"/>
      <w:r w:rsidRPr="00352867">
        <w:rPr>
          <w:rFonts w:ascii="Lato" w:hAnsi="Lato" w:cs="Lato"/>
          <w:sz w:val="20"/>
          <w:szCs w:val="20"/>
        </w:rPr>
        <w:t>przeprowadzenia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stopnia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I – </w:t>
      </w:r>
      <w:proofErr w:type="spellStart"/>
      <w:r w:rsidRPr="00352867">
        <w:rPr>
          <w:rFonts w:ascii="Lato" w:hAnsi="Lato" w:cs="Lato"/>
          <w:sz w:val="20"/>
          <w:szCs w:val="20"/>
        </w:rPr>
        <w:t>szkolnego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ustalenia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wyników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sporządzenia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dokumentacji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Szczegółowe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informacje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dotyczące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celów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podstaw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prawnych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zakresu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i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okresu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przetwarzania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danych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przez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Pomorskiego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Kuratora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Oświaty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oraz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praw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osób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których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dane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dotyczą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zawiera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Klauzula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informacyjna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Pomorskiego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Kuratora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Oświaty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stanowiąca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załącznik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Regulaminu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Konkursu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>..</w:t>
      </w:r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wymaganych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udziału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Konkursie jest </w:t>
      </w:r>
      <w:proofErr w:type="spellStart"/>
      <w:r w:rsidRPr="00352867">
        <w:rPr>
          <w:rFonts w:ascii="Lato" w:hAnsi="Lato" w:cs="Lato"/>
          <w:sz w:val="20"/>
          <w:szCs w:val="20"/>
        </w:rPr>
        <w:t>niezbędne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ich </w:t>
      </w:r>
      <w:proofErr w:type="spellStart"/>
      <w:r w:rsidRPr="00352867">
        <w:rPr>
          <w:rFonts w:ascii="Lato" w:hAnsi="Lato" w:cs="Lato"/>
          <w:sz w:val="20"/>
          <w:szCs w:val="20"/>
        </w:rPr>
        <w:t>brak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może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uniemożliwić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zgłoszenie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lub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realizację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udziału.Dane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dokumentacja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uczestników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określonych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Regulaminie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mogą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zostać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przekazane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właściwej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RKK w </w:t>
      </w:r>
      <w:proofErr w:type="spellStart"/>
      <w:r w:rsidRPr="00352867">
        <w:rPr>
          <w:rFonts w:ascii="Lato" w:hAnsi="Lato" w:cs="Lato"/>
          <w:sz w:val="20"/>
          <w:szCs w:val="20"/>
        </w:rPr>
        <w:t>celu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weryfikacji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wyników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stopnia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I – </w:t>
      </w:r>
      <w:proofErr w:type="spellStart"/>
      <w:r w:rsidRPr="00352867">
        <w:rPr>
          <w:rFonts w:ascii="Lato" w:hAnsi="Lato" w:cs="Lato"/>
          <w:sz w:val="20"/>
          <w:szCs w:val="20"/>
        </w:rPr>
        <w:t>szkolnego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ustalenia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kwalifikacji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stopnia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II – </w:t>
      </w:r>
      <w:proofErr w:type="spellStart"/>
      <w:r w:rsidRPr="00352867">
        <w:rPr>
          <w:rFonts w:ascii="Lato" w:hAnsi="Lato" w:cs="Lato"/>
          <w:sz w:val="20"/>
          <w:szCs w:val="20"/>
        </w:rPr>
        <w:t>rejonowego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dalszej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organizacji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W </w:t>
      </w:r>
      <w:proofErr w:type="spellStart"/>
      <w:r w:rsidRPr="00352867">
        <w:rPr>
          <w:rFonts w:ascii="Lato" w:hAnsi="Lato" w:cs="Lato"/>
          <w:sz w:val="20"/>
          <w:szCs w:val="20"/>
        </w:rPr>
        <w:t>zakresie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tych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administratorem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Pomorski </w:t>
      </w:r>
      <w:proofErr w:type="spellStart"/>
      <w:r w:rsidRPr="00352867">
        <w:rPr>
          <w:rFonts w:ascii="Lato" w:hAnsi="Lato" w:cs="Lato"/>
          <w:sz w:val="20"/>
          <w:szCs w:val="20"/>
        </w:rPr>
        <w:t>Kurator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Pr="00352867">
        <w:rPr>
          <w:rFonts w:ascii="Lato" w:hAnsi="Lato" w:cs="Lato"/>
          <w:sz w:val="20"/>
          <w:szCs w:val="20"/>
        </w:rPr>
        <w:t xml:space="preserve">Dane </w:t>
      </w:r>
      <w:proofErr w:type="spellStart"/>
      <w:r w:rsidRPr="00352867">
        <w:rPr>
          <w:rFonts w:ascii="Lato" w:hAnsi="Lato" w:cs="Lato"/>
          <w:sz w:val="20"/>
          <w:szCs w:val="20"/>
        </w:rPr>
        <w:t>będą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przechowywane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okres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wynikający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z </w:t>
      </w:r>
      <w:proofErr w:type="spellStart"/>
      <w:r w:rsidRPr="00352867">
        <w:rPr>
          <w:rFonts w:ascii="Lato" w:hAnsi="Lato" w:cs="Lato"/>
          <w:sz w:val="20"/>
          <w:szCs w:val="20"/>
        </w:rPr>
        <w:t>Regulaminu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przepisów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kancelaryjno-archiwalnych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JRWA </w:t>
      </w:r>
      <w:proofErr w:type="spellStart"/>
      <w:r w:rsidRPr="00352867">
        <w:rPr>
          <w:rFonts w:ascii="Lato" w:hAnsi="Lato" w:cs="Lato"/>
          <w:sz w:val="20"/>
          <w:szCs w:val="20"/>
        </w:rPr>
        <w:t>właściwego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administratora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Osobie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przysługują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zasadach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określonych</w:t>
      </w:r>
      <w:proofErr w:type="spellEnd"/>
      <w:r w:rsidR="00411193">
        <w:rPr>
          <w:rFonts w:ascii="Lato" w:hAnsi="Lato" w:cs="Lato"/>
          <w:sz w:val="20"/>
          <w:szCs w:val="20"/>
        </w:rPr>
        <w:t xml:space="preserve"> </w:t>
      </w:r>
      <w:r w:rsidR="00411193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w RODO, m.in. </w:t>
      </w:r>
      <w:proofErr w:type="spellStart"/>
      <w:r w:rsidRPr="00352867">
        <w:rPr>
          <w:rFonts w:ascii="Lato" w:hAnsi="Lato" w:cs="Lato"/>
          <w:sz w:val="20"/>
          <w:szCs w:val="20"/>
        </w:rPr>
        <w:t>prawa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dostępu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sprostowania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ograniczenia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przetwarzania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wniesienia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skargi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do </w:t>
      </w:r>
      <w:proofErr w:type="spellStart"/>
      <w:r w:rsidRPr="00352867">
        <w:rPr>
          <w:rFonts w:ascii="Lato" w:hAnsi="Lato" w:cs="Lato"/>
          <w:sz w:val="20"/>
          <w:szCs w:val="20"/>
        </w:rPr>
        <w:t>Prezesa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UODO.</w:t>
      </w:r>
    </w:p>
    <w:p w14:paraId="337C79A2" w14:textId="370ADE5B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Informacja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 </w:t>
      </w:r>
      <w:proofErr w:type="spellStart"/>
      <w:r w:rsidRPr="00352867">
        <w:rPr>
          <w:rFonts w:ascii="Lato" w:hAnsi="Lato" w:cs="Lato"/>
          <w:sz w:val="20"/>
          <w:szCs w:val="20"/>
        </w:rPr>
        <w:t>dalszym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przetwarzaniu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Pomorskiego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</w:p>
    <w:p w14:paraId="49530D87" w14:textId="26D892D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Jeżeli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dokumentacja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uczestnika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zostanie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przekazana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SKK do </w:t>
      </w:r>
      <w:proofErr w:type="spellStart"/>
      <w:r w:rsidRPr="00352867">
        <w:rPr>
          <w:rFonts w:ascii="Lato" w:hAnsi="Lato" w:cs="Lato"/>
          <w:sz w:val="20"/>
          <w:szCs w:val="20"/>
        </w:rPr>
        <w:t>właściwej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RKK </w:t>
      </w:r>
      <w:proofErr w:type="spellStart"/>
      <w:r w:rsidRPr="00352867">
        <w:rPr>
          <w:rFonts w:ascii="Lato" w:hAnsi="Lato" w:cs="Lato"/>
          <w:sz w:val="20"/>
          <w:szCs w:val="20"/>
        </w:rPr>
        <w:t>zgodnie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</w:t>
      </w:r>
      <w:proofErr w:type="spellStart"/>
      <w:r w:rsidRPr="00352867">
        <w:rPr>
          <w:rFonts w:ascii="Lato" w:hAnsi="Lato" w:cs="Lato"/>
          <w:sz w:val="20"/>
          <w:szCs w:val="20"/>
        </w:rPr>
        <w:t>Regulaminem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Pomorski </w:t>
      </w:r>
      <w:proofErr w:type="spellStart"/>
      <w:r w:rsidRPr="00352867">
        <w:rPr>
          <w:rFonts w:ascii="Lato" w:hAnsi="Lato" w:cs="Lato"/>
          <w:sz w:val="20"/>
          <w:szCs w:val="20"/>
        </w:rPr>
        <w:t>Kurator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352867">
        <w:rPr>
          <w:rFonts w:ascii="Lato" w:hAnsi="Lato" w:cs="Lato"/>
          <w:sz w:val="20"/>
          <w:szCs w:val="20"/>
        </w:rPr>
        <w:t>administratorem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przetwarzanych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celu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weryfikacji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wyniku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stopnia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I, </w:t>
      </w:r>
      <w:proofErr w:type="spellStart"/>
      <w:r w:rsidRPr="00352867">
        <w:rPr>
          <w:rFonts w:ascii="Lato" w:hAnsi="Lato" w:cs="Lato"/>
          <w:sz w:val="20"/>
          <w:szCs w:val="20"/>
        </w:rPr>
        <w:t>kwalifikacji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stopnia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II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dalszej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realizacji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Szczegółowe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informacje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zawiera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Klauzula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informacyjna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Pomorskiego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stanowiąca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załącznik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Regulaminu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Klauzula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411193">
        <w:rPr>
          <w:rFonts w:ascii="Lato" w:hAnsi="Lato" w:cs="Lato"/>
          <w:sz w:val="20"/>
          <w:szCs w:val="20"/>
        </w:rPr>
        <w:br/>
      </w:r>
      <w:proofErr w:type="spellStart"/>
      <w:r w:rsidRPr="00352867">
        <w:rPr>
          <w:rFonts w:ascii="Lato" w:hAnsi="Lato" w:cs="Lato"/>
          <w:sz w:val="20"/>
          <w:szCs w:val="20"/>
        </w:rPr>
        <w:t>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wymaga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podpisania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</w:p>
    <w:p w14:paraId="5E9FAB94" w14:textId="77777777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02B0B2ED" w14:textId="4FCCD103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* </w:t>
      </w:r>
      <w:proofErr w:type="spellStart"/>
      <w:r w:rsidRPr="00352867">
        <w:rPr>
          <w:rFonts w:ascii="Lato" w:hAnsi="Lato" w:cs="Lato"/>
          <w:sz w:val="20"/>
          <w:szCs w:val="20"/>
        </w:rPr>
        <w:t>wypełnić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komputerowo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/ </w:t>
      </w:r>
      <w:proofErr w:type="spellStart"/>
      <w:r w:rsidRPr="00352867">
        <w:rPr>
          <w:rFonts w:ascii="Lato" w:hAnsi="Lato" w:cs="Lato"/>
          <w:sz w:val="20"/>
          <w:szCs w:val="20"/>
        </w:rPr>
        <w:t>pisemnie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drukowanymi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literami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 ** </w:t>
      </w:r>
      <w:proofErr w:type="spellStart"/>
      <w:r w:rsidRPr="00352867">
        <w:rPr>
          <w:rFonts w:ascii="Lato" w:hAnsi="Lato" w:cs="Lato"/>
          <w:sz w:val="20"/>
          <w:szCs w:val="20"/>
        </w:rPr>
        <w:t>zaznacz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jedną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odpowiedź</w:t>
      </w:r>
      <w:proofErr w:type="spellEnd"/>
    </w:p>
    <w:sectPr w:rsidR="00A14621" w:rsidRPr="00352867" w:rsidSect="00411193">
      <w:headerReference w:type="default" r:id="rId8"/>
      <w:footerReference w:type="default" r:id="rId9"/>
      <w:pgSz w:w="12240" w:h="15840"/>
      <w:pgMar w:top="1020" w:right="1247" w:bottom="851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93727" w14:textId="77777777" w:rsidR="00E368B0" w:rsidRDefault="00E368B0">
      <w:pPr>
        <w:spacing w:after="0" w:line="240" w:lineRule="auto"/>
      </w:pPr>
      <w:r>
        <w:separator/>
      </w:r>
    </w:p>
  </w:endnote>
  <w:endnote w:type="continuationSeparator" w:id="0">
    <w:p w14:paraId="64297E02" w14:textId="77777777" w:rsidR="00E368B0" w:rsidRDefault="00E36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90405" w14:textId="77777777" w:rsidR="00A67B2E" w:rsidRDefault="00382C8A">
    <w:pPr>
      <w:pStyle w:val="Stopka"/>
      <w:jc w:val="center"/>
    </w:pPr>
    <w:proofErr w:type="spellStart"/>
    <w:r>
      <w:rPr>
        <w:sz w:val="16"/>
      </w:rPr>
      <w:t>Pakiet</w:t>
    </w:r>
    <w:proofErr w:type="spellEnd"/>
    <w:r>
      <w:rPr>
        <w:sz w:val="16"/>
      </w:rPr>
      <w:t xml:space="preserve"> RODO – </w:t>
    </w:r>
    <w:proofErr w:type="spellStart"/>
    <w:r>
      <w:rPr>
        <w:sz w:val="16"/>
      </w:rPr>
      <w:t>konkursy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przedmiotowe</w:t>
    </w:r>
    <w:proofErr w:type="spellEnd"/>
    <w:r>
      <w:rPr>
        <w:sz w:val="16"/>
      </w:rPr>
      <w:t xml:space="preserve">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ECDFF" w14:textId="77777777" w:rsidR="00E368B0" w:rsidRDefault="00E368B0">
      <w:pPr>
        <w:spacing w:after="0" w:line="240" w:lineRule="auto"/>
      </w:pPr>
      <w:r>
        <w:separator/>
      </w:r>
    </w:p>
  </w:footnote>
  <w:footnote w:type="continuationSeparator" w:id="0">
    <w:p w14:paraId="3A36DFF9" w14:textId="77777777" w:rsidR="00E368B0" w:rsidRDefault="00E36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ABDEB" w14:textId="0D38393F" w:rsidR="00300FAC" w:rsidRPr="00352867" w:rsidRDefault="00300FAC" w:rsidP="00550D19">
    <w:pPr>
      <w:spacing w:before="60"/>
      <w:ind w:left="2880"/>
      <w:rPr>
        <w:rFonts w:ascii="Lato" w:eastAsiaTheme="minorHAnsi" w:hAnsi="Lato" w:cs="Lato"/>
        <w:bCs/>
        <w:iCs/>
        <w:sz w:val="20"/>
        <w:szCs w:val="20"/>
      </w:rPr>
    </w:pPr>
    <w:proofErr w:type="spellStart"/>
    <w:r w:rsidRPr="00352867">
      <w:rPr>
        <w:rFonts w:ascii="Lato" w:hAnsi="Lato" w:cs="Lato"/>
        <w:i/>
        <w:iCs/>
        <w:sz w:val="20"/>
        <w:szCs w:val="20"/>
      </w:rPr>
      <w:t>Załącznik</w:t>
    </w:r>
    <w:proofErr w:type="spellEnd"/>
    <w:r w:rsidRPr="00352867">
      <w:rPr>
        <w:rFonts w:ascii="Lato" w:hAnsi="Lato" w:cs="Lato"/>
        <w:i/>
        <w:iCs/>
        <w:sz w:val="20"/>
        <w:szCs w:val="20"/>
      </w:rPr>
      <w:t xml:space="preserve"> nr 1 do </w:t>
    </w:r>
    <w:proofErr w:type="spellStart"/>
    <w:r w:rsidRPr="00352867">
      <w:rPr>
        <w:rFonts w:ascii="Lato" w:hAnsi="Lato" w:cs="Lato"/>
        <w:i/>
        <w:iCs/>
        <w:sz w:val="20"/>
        <w:szCs w:val="20"/>
      </w:rPr>
      <w:t>Regulaminu</w:t>
    </w:r>
    <w:proofErr w:type="spellEnd"/>
    <w:r w:rsidRPr="00352867">
      <w:rPr>
        <w:rFonts w:ascii="Lato" w:eastAsiaTheme="minorHAnsi" w:hAnsi="Lato" w:cs="Lato"/>
        <w:bCs/>
        <w:sz w:val="20"/>
        <w:szCs w:val="20"/>
      </w:rPr>
      <w:t xml:space="preserve"> </w:t>
    </w:r>
    <w:proofErr w:type="spellStart"/>
    <w:r w:rsidRPr="00352867">
      <w:rPr>
        <w:rFonts w:ascii="Lato" w:eastAsiaTheme="minorHAnsi" w:hAnsi="Lato" w:cs="Lato"/>
        <w:bCs/>
        <w:sz w:val="20"/>
        <w:szCs w:val="20"/>
      </w:rPr>
      <w:t>Wojewódzkiego</w:t>
    </w:r>
    <w:proofErr w:type="spellEnd"/>
    <w:r w:rsidRPr="00352867">
      <w:rPr>
        <w:rFonts w:ascii="Lato" w:eastAsiaTheme="minorHAnsi" w:hAnsi="Lato" w:cs="Lato"/>
        <w:bCs/>
        <w:sz w:val="20"/>
        <w:szCs w:val="20"/>
      </w:rPr>
      <w:t xml:space="preserve"> </w:t>
    </w:r>
    <w:proofErr w:type="spellStart"/>
    <w:r w:rsidRPr="00352867">
      <w:rPr>
        <w:rFonts w:ascii="Lato" w:eastAsiaTheme="minorHAnsi" w:hAnsi="Lato" w:cs="Lato"/>
        <w:bCs/>
        <w:sz w:val="20"/>
        <w:szCs w:val="20"/>
      </w:rPr>
      <w:t>Konkursu</w:t>
    </w:r>
    <w:proofErr w:type="spellEnd"/>
    <w:r w:rsidRPr="00352867">
      <w:rPr>
        <w:rFonts w:ascii="Lato" w:eastAsiaTheme="minorHAnsi" w:hAnsi="Lato" w:cs="Lato"/>
        <w:bCs/>
        <w:sz w:val="20"/>
        <w:szCs w:val="20"/>
      </w:rPr>
      <w:t xml:space="preserve"> z</w:t>
    </w:r>
    <w:r w:rsidR="00550D19">
      <w:rPr>
        <w:rFonts w:ascii="Lato" w:eastAsiaTheme="minorHAnsi" w:hAnsi="Lato" w:cs="Lato"/>
        <w:bCs/>
        <w:sz w:val="20"/>
        <w:szCs w:val="20"/>
      </w:rPr>
      <w:t xml:space="preserve"> </w:t>
    </w:r>
    <w:proofErr w:type="spellStart"/>
    <w:r w:rsidR="0050480A">
      <w:rPr>
        <w:rFonts w:ascii="Lato" w:eastAsiaTheme="minorHAnsi" w:hAnsi="Lato" w:cs="Lato"/>
        <w:bCs/>
        <w:sz w:val="20"/>
        <w:szCs w:val="20"/>
      </w:rPr>
      <w:t>Matematyki</w:t>
    </w:r>
    <w:proofErr w:type="spellEnd"/>
  </w:p>
  <w:p w14:paraId="63D25BFF" w14:textId="19C3D8D7" w:rsidR="00300FAC" w:rsidRDefault="00300FAC">
    <w:pPr>
      <w:pStyle w:val="Nagwek"/>
    </w:pPr>
  </w:p>
  <w:p w14:paraId="2837FD42" w14:textId="77777777" w:rsidR="00300FAC" w:rsidRDefault="00300F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0E619C7"/>
    <w:multiLevelType w:val="multilevel"/>
    <w:tmpl w:val="225C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05897218">
    <w:abstractNumId w:val="8"/>
  </w:num>
  <w:num w:numId="2" w16cid:durableId="1373461577">
    <w:abstractNumId w:val="6"/>
  </w:num>
  <w:num w:numId="3" w16cid:durableId="1559434185">
    <w:abstractNumId w:val="5"/>
  </w:num>
  <w:num w:numId="4" w16cid:durableId="296640747">
    <w:abstractNumId w:val="4"/>
  </w:num>
  <w:num w:numId="5" w16cid:durableId="955480167">
    <w:abstractNumId w:val="7"/>
  </w:num>
  <w:num w:numId="6" w16cid:durableId="1864051100">
    <w:abstractNumId w:val="3"/>
  </w:num>
  <w:num w:numId="7" w16cid:durableId="1971544390">
    <w:abstractNumId w:val="2"/>
  </w:num>
  <w:num w:numId="8" w16cid:durableId="1093092389">
    <w:abstractNumId w:val="1"/>
  </w:num>
  <w:num w:numId="9" w16cid:durableId="323826202">
    <w:abstractNumId w:val="0"/>
  </w:num>
  <w:num w:numId="10" w16cid:durableId="14779150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D1C"/>
    <w:rsid w:val="00034616"/>
    <w:rsid w:val="00054FAC"/>
    <w:rsid w:val="0006063C"/>
    <w:rsid w:val="00086065"/>
    <w:rsid w:val="000F1AE1"/>
    <w:rsid w:val="0015074B"/>
    <w:rsid w:val="001A4C78"/>
    <w:rsid w:val="00264D96"/>
    <w:rsid w:val="0029639D"/>
    <w:rsid w:val="002A032A"/>
    <w:rsid w:val="00300FAC"/>
    <w:rsid w:val="00326F90"/>
    <w:rsid w:val="00352867"/>
    <w:rsid w:val="00382C8A"/>
    <w:rsid w:val="00395FE1"/>
    <w:rsid w:val="003D19A8"/>
    <w:rsid w:val="00411193"/>
    <w:rsid w:val="0050480A"/>
    <w:rsid w:val="00535C1D"/>
    <w:rsid w:val="00550D19"/>
    <w:rsid w:val="00552DFF"/>
    <w:rsid w:val="00585110"/>
    <w:rsid w:val="0069772A"/>
    <w:rsid w:val="0078477F"/>
    <w:rsid w:val="00936BB1"/>
    <w:rsid w:val="009B36E5"/>
    <w:rsid w:val="00A14621"/>
    <w:rsid w:val="00A67B2E"/>
    <w:rsid w:val="00A71650"/>
    <w:rsid w:val="00AA1D8D"/>
    <w:rsid w:val="00B2368F"/>
    <w:rsid w:val="00B47730"/>
    <w:rsid w:val="00BC70F2"/>
    <w:rsid w:val="00BD2DB6"/>
    <w:rsid w:val="00BE6293"/>
    <w:rsid w:val="00BF64B4"/>
    <w:rsid w:val="00C134C2"/>
    <w:rsid w:val="00C81A2F"/>
    <w:rsid w:val="00CB0664"/>
    <w:rsid w:val="00CF749A"/>
    <w:rsid w:val="00D147CF"/>
    <w:rsid w:val="00D63C7B"/>
    <w:rsid w:val="00E368B0"/>
    <w:rsid w:val="00F32D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5E5270"/>
  <w14:defaultImageDpi w14:val="300"/>
  <w15:docId w15:val="{8248F8B3-A92E-4849-8245-3A57696A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50D1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0D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43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9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0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8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15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92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80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75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96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11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31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CEA862-DE66-4E69-B657-92D831D46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832</Words>
  <Characters>4993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1-  Wzór Karty zgłoszenia ucznia do konkursu</dc:title>
  <dc:subject/>
  <dc:creator>python-docx</dc:creator>
  <cp:keywords/>
  <dc:description>generated by python-docx</dc:description>
  <cp:lastModifiedBy>KATARZYNA KOWALIK</cp:lastModifiedBy>
  <cp:revision>16</cp:revision>
  <cp:lastPrinted>2026-08-27T08:48:00Z</cp:lastPrinted>
  <dcterms:created xsi:type="dcterms:W3CDTF">2013-12-23T23:15:00Z</dcterms:created>
  <dcterms:modified xsi:type="dcterms:W3CDTF">2026-09-30T13:13:00Z</dcterms:modified>
  <cp:category/>
</cp:coreProperties>
</file>